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7ACB5" w14:textId="77777777" w:rsidR="004F5758" w:rsidRDefault="006A69D5">
      <w:pPr>
        <w:spacing w:after="40"/>
        <w:jc w:val="center"/>
      </w:pPr>
      <w:r>
        <w:rPr>
          <w:b/>
          <w:color w:val="003366"/>
          <w:sz w:val="22"/>
        </w:rPr>
        <w:t>ISTITUTO COMPRENSIVO "Gian Giacomo Ciaccio Montalto"</w:t>
      </w:r>
    </w:p>
    <w:p w14:paraId="38E994EA" w14:textId="77777777" w:rsidR="004F5758" w:rsidRDefault="006A69D5">
      <w:pPr>
        <w:spacing w:after="160"/>
        <w:jc w:val="center"/>
        <w:rPr>
          <w:color w:val="555555"/>
          <w:sz w:val="16"/>
        </w:rPr>
      </w:pPr>
      <w:r>
        <w:rPr>
          <w:color w:val="555555"/>
          <w:sz w:val="16"/>
        </w:rPr>
        <w:t>Via Tunisi, 37 - 91100 TRAPANI - Tel. 0923 20398 - Fax 0923 20106</w:t>
      </w:r>
      <w:r>
        <w:rPr>
          <w:color w:val="555555"/>
          <w:sz w:val="16"/>
        </w:rPr>
        <w:br/>
        <w:t xml:space="preserve">C.F.: 80004160810 - C.M.: TPIC836004 | e-mail: tpic836004@istruzione.it | PEC: </w:t>
      </w:r>
      <w:hyperlink r:id="rId6" w:history="1">
        <w:r w:rsidR="00771572" w:rsidRPr="003D69C7">
          <w:rPr>
            <w:rStyle w:val="Collegamentoipertestuale"/>
            <w:sz w:val="16"/>
          </w:rPr>
          <w:t>tpic836004@pec.istruzione.it</w:t>
        </w:r>
      </w:hyperlink>
    </w:p>
    <w:p w14:paraId="7402A3E8" w14:textId="77777777" w:rsidR="00771572" w:rsidRDefault="00771572">
      <w:pPr>
        <w:spacing w:after="160"/>
        <w:jc w:val="center"/>
      </w:pPr>
    </w:p>
    <w:p w14:paraId="2456DF63" w14:textId="77777777" w:rsidR="004F5758" w:rsidRDefault="006A69D5" w:rsidP="00771572">
      <w:pPr>
        <w:spacing w:after="0"/>
        <w:jc w:val="right"/>
      </w:pPr>
      <w:r>
        <w:rPr>
          <w:b/>
        </w:rPr>
        <w:t>AL DIRIGENTE SCOLASTICO</w:t>
      </w:r>
      <w:r>
        <w:rPr>
          <w:b/>
        </w:rPr>
        <w:br/>
        <w:t>I.C. "G. G. Ciaccio Montalto" - TRAPANI</w:t>
      </w:r>
    </w:p>
    <w:p w14:paraId="33C4A638" w14:textId="77777777" w:rsidR="00771572" w:rsidRDefault="00771572">
      <w:pPr>
        <w:jc w:val="center"/>
        <w:rPr>
          <w:b/>
          <w:color w:val="003366"/>
          <w:sz w:val="24"/>
        </w:rPr>
      </w:pPr>
    </w:p>
    <w:p w14:paraId="1A29703D" w14:textId="77777777" w:rsidR="00771572" w:rsidRDefault="00771572">
      <w:pPr>
        <w:jc w:val="center"/>
        <w:rPr>
          <w:b/>
          <w:color w:val="003366"/>
          <w:sz w:val="24"/>
        </w:rPr>
      </w:pPr>
    </w:p>
    <w:p w14:paraId="42C388FC" w14:textId="77777777" w:rsidR="004F5758" w:rsidRDefault="006A69D5">
      <w:pPr>
        <w:jc w:val="center"/>
      </w:pPr>
      <w:r>
        <w:rPr>
          <w:b/>
          <w:color w:val="003366"/>
          <w:sz w:val="24"/>
        </w:rPr>
        <w:t>RICHIESTA PERMESSO</w:t>
      </w:r>
    </w:p>
    <w:p w14:paraId="626B078F" w14:textId="77777777" w:rsidR="004F5758" w:rsidRDefault="006A69D5">
      <w:pPr>
        <w:spacing w:before="80" w:after="80"/>
      </w:pPr>
      <w:r>
        <w:rPr>
          <w:b/>
          <w:color w:val="003366"/>
          <w:sz w:val="20"/>
        </w:rPr>
        <w:t>DATI DEL RICHIEDENTE</w:t>
      </w:r>
    </w:p>
    <w:p w14:paraId="3F0DD4E3" w14:textId="77777777" w:rsidR="004F5758" w:rsidRDefault="006A69D5">
      <w:pPr>
        <w:spacing w:after="120" w:line="288" w:lineRule="auto"/>
      </w:pPr>
      <w:r>
        <w:rPr>
          <w:b/>
        </w:rPr>
        <w:t xml:space="preserve">Il/La sottoscritto/a: </w:t>
      </w:r>
      <w:r>
        <w:t>___________________________________________________________________________________</w:t>
      </w:r>
      <w:r>
        <w:br/>
      </w:r>
      <w:r>
        <w:rPr>
          <w:b/>
        </w:rPr>
        <w:t xml:space="preserve">Nato/a a: </w:t>
      </w:r>
      <w:r>
        <w:t xml:space="preserve">_______________________________________ (_____)  il: </w:t>
      </w:r>
      <w:r>
        <w:rPr>
          <w:b/>
        </w:rPr>
        <w:t>____ / ____ / ________</w:t>
      </w:r>
      <w:r>
        <w:rPr>
          <w:b/>
        </w:rPr>
        <w:br/>
        <w:t xml:space="preserve">Residente a: </w:t>
      </w:r>
      <w:r>
        <w:t>______________________________ in via/piazza: ________________________________ n. ___</w:t>
      </w:r>
      <w:r>
        <w:br/>
      </w:r>
      <w:r>
        <w:rPr>
          <w:b/>
        </w:rPr>
        <w:t xml:space="preserve">Tel / Cell: </w:t>
      </w:r>
      <w:r>
        <w:t>___________________________  E-mail: _______________________________________________</w:t>
      </w:r>
      <w:r>
        <w:br/>
        <w:t xml:space="preserve">In servizio presso codesto Istituto in qualità di docente a tempo:  </w:t>
      </w:r>
      <w:r>
        <w:rPr>
          <w:b/>
        </w:rPr>
        <w:t>[  ] Determinato    [  ] Indeterminato</w:t>
      </w:r>
      <w:r>
        <w:rPr>
          <w:b/>
        </w:rPr>
        <w:br/>
        <w:t xml:space="preserve">Ordine di scuola:  </w:t>
      </w:r>
      <w:r>
        <w:t>[  ] Infanzia    [  ] Primaria    [  ] Secondaria I Grado</w:t>
      </w:r>
      <w:r>
        <w:br/>
      </w:r>
      <w:r>
        <w:rPr>
          <w:b/>
        </w:rPr>
        <w:t xml:space="preserve">Plesso di appartenenza: </w:t>
      </w:r>
      <w:r>
        <w:t>_____________________________________________________________________________</w:t>
      </w:r>
    </w:p>
    <w:p w14:paraId="10ACDD70" w14:textId="77777777" w:rsidR="004F5758" w:rsidRDefault="006A69D5">
      <w:pPr>
        <w:spacing w:before="120" w:after="80"/>
        <w:jc w:val="center"/>
      </w:pPr>
      <w:r>
        <w:rPr>
          <w:b/>
          <w:color w:val="003366"/>
          <w:sz w:val="22"/>
        </w:rPr>
        <w:t>CHIEDE</w:t>
      </w:r>
    </w:p>
    <w:p w14:paraId="52B7C46A" w14:textId="77777777" w:rsidR="004F5758" w:rsidRDefault="006A69D5" w:rsidP="00771572">
      <w:pPr>
        <w:spacing w:after="120"/>
        <w:jc w:val="both"/>
      </w:pPr>
      <w:r>
        <w:t xml:space="preserve">di poter fruire di un permesso di assenza dal servizio il giorno </w:t>
      </w:r>
      <w:r>
        <w:rPr>
          <w:b/>
        </w:rPr>
        <w:t xml:space="preserve">____/____/________ </w:t>
      </w:r>
      <w:r>
        <w:t xml:space="preserve">dalle ore </w:t>
      </w:r>
      <w:r>
        <w:rPr>
          <w:b/>
        </w:rPr>
        <w:t xml:space="preserve">____:____ </w:t>
      </w:r>
      <w:r>
        <w:t xml:space="preserve">alle ore </w:t>
      </w:r>
      <w:r>
        <w:rPr>
          <w:b/>
        </w:rPr>
        <w:t>____:____ (totale ore: ____)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4F5758" w14:paraId="2D1C21B7" w14:textId="77777777">
        <w:trPr>
          <w:jc w:val="center"/>
        </w:trPr>
        <w:tc>
          <w:tcPr>
            <w:tcW w:w="511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F6EF38" w14:textId="77777777" w:rsidR="004F5758" w:rsidRDefault="006A69D5">
            <w:pPr>
              <w:spacing w:after="80"/>
            </w:pPr>
            <w:r>
              <w:rPr>
                <w:b/>
                <w:color w:val="003366"/>
                <w:sz w:val="18"/>
              </w:rPr>
              <w:t>[  ] PERMESSO BREVE DALLE ATTIVITÀ DIDATTICHE</w:t>
            </w:r>
            <w:r>
              <w:rPr>
                <w:b/>
                <w:color w:val="003366"/>
                <w:sz w:val="18"/>
              </w:rPr>
              <w:br/>
              <w:t>(</w:t>
            </w:r>
            <w:r>
              <w:t xml:space="preserve">Max </w:t>
            </w:r>
            <w:proofErr w:type="spellStart"/>
            <w:r>
              <w:t>metà</w:t>
            </w:r>
            <w:proofErr w:type="spellEnd"/>
            <w:r>
              <w:t xml:space="preserve"> </w:t>
            </w:r>
            <w:proofErr w:type="spellStart"/>
            <w:r>
              <w:t>dell’orario</w:t>
            </w:r>
            <w:proofErr w:type="spellEnd"/>
            <w:r>
              <w:t xml:space="preserve"> di </w:t>
            </w:r>
            <w:proofErr w:type="spellStart"/>
            <w:r>
              <w:t>servizio</w:t>
            </w:r>
            <w:proofErr w:type="spellEnd"/>
            <w:r>
              <w:t xml:space="preserve"> </w:t>
            </w:r>
            <w:proofErr w:type="spellStart"/>
            <w:r>
              <w:t>giornaliero</w:t>
            </w:r>
            <w:proofErr w:type="spellEnd"/>
            <w:r>
              <w:t xml:space="preserve"> – Art.16 CCNL</w:t>
            </w:r>
            <w:r>
              <w:rPr>
                <w:b/>
                <w:color w:val="003366"/>
                <w:sz w:val="18"/>
              </w:rPr>
              <w:t>)</w:t>
            </w:r>
          </w:p>
          <w:p w14:paraId="124439F2" w14:textId="77777777" w:rsidR="004F5758" w:rsidRDefault="006A69D5">
            <w:pPr>
              <w:spacing w:after="80"/>
            </w:pPr>
            <w:r>
              <w:rPr>
                <w:sz w:val="17"/>
              </w:rPr>
              <w:t>Si dichiara la disponibilità al recupero delle ore entro 2 mesi.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Copertura classi concordata:</w:t>
            </w:r>
            <w:r>
              <w:rPr>
                <w:sz w:val="17"/>
              </w:rPr>
              <w:br/>
              <w:t>• Cl./Sez. ____ doc. _______________________</w:t>
            </w:r>
            <w:r>
              <w:rPr>
                <w:sz w:val="17"/>
              </w:rPr>
              <w:br/>
              <w:t xml:space="preserve">  dalle ______ alle ______</w:t>
            </w:r>
            <w:r>
              <w:rPr>
                <w:sz w:val="17"/>
              </w:rPr>
              <w:br/>
              <w:t>• Cl./Sez. ____ doc. _______________________</w:t>
            </w:r>
            <w:r>
              <w:rPr>
                <w:sz w:val="17"/>
              </w:rPr>
              <w:br/>
              <w:t xml:space="preserve">  dalle ______ alle ______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Motivazione: _____________________________</w:t>
            </w:r>
            <w:r>
              <w:rPr>
                <w:sz w:val="17"/>
              </w:rPr>
              <w:br/>
              <w:t>_________________________________________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----------------------------------------------------</w:t>
            </w:r>
            <w:r>
              <w:rPr>
                <w:sz w:val="17"/>
              </w:rPr>
              <w:br/>
              <w:t>AUTORIZZAZIONE RESPONSABILE DI PLESSO</w:t>
            </w:r>
            <w:r>
              <w:rPr>
                <w:sz w:val="17"/>
              </w:rPr>
              <w:br/>
              <w:t>Si attesta la regolare vigilanza e copertura classi.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[  ] AUTORIZZA    [  ] NON AUTORIZZA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Data ____/____/________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Firma Fiduciario: ________________________</w:t>
            </w:r>
          </w:p>
        </w:tc>
        <w:tc>
          <w:tcPr>
            <w:tcW w:w="511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6FC377" w14:textId="77777777" w:rsidR="004F5758" w:rsidRDefault="006A69D5">
            <w:pPr>
              <w:spacing w:after="80"/>
            </w:pPr>
            <w:r>
              <w:rPr>
                <w:b/>
                <w:color w:val="003366"/>
                <w:sz w:val="18"/>
              </w:rPr>
              <w:t>[  ] PERMESSO DA PROGRAMMAZIONE / ATTIVITÀ COLLEGIALI</w:t>
            </w:r>
          </w:p>
          <w:p w14:paraId="00AAA22C" w14:textId="77777777" w:rsidR="004F5758" w:rsidRDefault="006A69D5">
            <w:pPr>
              <w:spacing w:after="80"/>
            </w:pPr>
            <w:r>
              <w:rPr>
                <w:sz w:val="17"/>
              </w:rPr>
              <w:t>Attività interessata:</w:t>
            </w:r>
            <w:r>
              <w:rPr>
                <w:sz w:val="17"/>
              </w:rPr>
              <w:br/>
              <w:t>[  ] Programmazione settimanale</w:t>
            </w:r>
            <w:r>
              <w:rPr>
                <w:sz w:val="17"/>
              </w:rPr>
              <w:br/>
              <w:t>[  ] Collegio dei Docenti</w:t>
            </w:r>
            <w:r>
              <w:rPr>
                <w:sz w:val="17"/>
              </w:rPr>
              <w:br/>
              <w:t>[  ] Consigli di Classe / Interclasse / Intersezione</w:t>
            </w:r>
            <w:r>
              <w:rPr>
                <w:sz w:val="17"/>
              </w:rPr>
              <w:br/>
              <w:t>[  ] Riunione per Dipartimenti</w:t>
            </w:r>
            <w:r>
              <w:rPr>
                <w:sz w:val="17"/>
              </w:rPr>
              <w:br/>
              <w:t>[  ] Incontri con i genitori / Altro: _________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Motivazione: _____________________________</w:t>
            </w:r>
            <w:r>
              <w:rPr>
                <w:sz w:val="17"/>
              </w:rPr>
              <w:br/>
              <w:t>_________________________________________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----------------------------------------------------</w:t>
            </w:r>
            <w:r>
              <w:rPr>
                <w:sz w:val="17"/>
              </w:rPr>
              <w:br/>
              <w:t>AUTORIZZAZIONE DIRIGENTE SCOLASTICO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[  ] AUTORIZZA    [  ] NON AUTORIZZA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Data ____/____/________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IL DIRIGENTE SCOLASTICO</w:t>
            </w:r>
            <w:r>
              <w:rPr>
                <w:sz w:val="17"/>
              </w:rPr>
              <w:br/>
              <w:t>Dott.ssa Anna Maria Sacco</w:t>
            </w:r>
            <w:r>
              <w:rPr>
                <w:sz w:val="17"/>
              </w:rPr>
              <w:br/>
              <w:t>Firma: __________________________________</w:t>
            </w:r>
          </w:p>
        </w:tc>
      </w:tr>
    </w:tbl>
    <w:p w14:paraId="2B463802" w14:textId="77777777" w:rsidR="004F5758" w:rsidRDefault="006A69D5">
      <w:pPr>
        <w:spacing w:before="280"/>
        <w:jc w:val="right"/>
      </w:pPr>
      <w:r>
        <w:rPr>
          <w:b/>
        </w:rPr>
        <w:t>Trapani, ____/____/________               Firma del docente: ___________________________________</w:t>
      </w:r>
    </w:p>
    <w:p w14:paraId="3FDF717E" w14:textId="77777777" w:rsidR="004F5758" w:rsidRDefault="004F5758">
      <w:pPr>
        <w:spacing w:before="120" w:after="0"/>
      </w:pPr>
    </w:p>
    <w:sectPr w:rsidR="004F5758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8443948">
    <w:abstractNumId w:val="8"/>
  </w:num>
  <w:num w:numId="2" w16cid:durableId="275872719">
    <w:abstractNumId w:val="6"/>
  </w:num>
  <w:num w:numId="3" w16cid:durableId="1529639907">
    <w:abstractNumId w:val="5"/>
  </w:num>
  <w:num w:numId="4" w16cid:durableId="1590431641">
    <w:abstractNumId w:val="4"/>
  </w:num>
  <w:num w:numId="5" w16cid:durableId="1743484607">
    <w:abstractNumId w:val="7"/>
  </w:num>
  <w:num w:numId="6" w16cid:durableId="557787032">
    <w:abstractNumId w:val="3"/>
  </w:num>
  <w:num w:numId="7" w16cid:durableId="323245553">
    <w:abstractNumId w:val="2"/>
  </w:num>
  <w:num w:numId="8" w16cid:durableId="700328790">
    <w:abstractNumId w:val="1"/>
  </w:num>
  <w:num w:numId="9" w16cid:durableId="1319919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5758"/>
    <w:rsid w:val="00593DF0"/>
    <w:rsid w:val="006A69D5"/>
    <w:rsid w:val="00771572"/>
    <w:rsid w:val="00A64F7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68E143"/>
  <w14:defaultImageDpi w14:val="300"/>
  <w15:docId w15:val="{CB587185-7A17-4A1A-A169-2840DA87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color w:val="222222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7715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pic836004@pec.istruzion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D0E8D8-6312-44A7-B646-7EBE25179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Maria Sacco</cp:lastModifiedBy>
  <cp:revision>2</cp:revision>
  <dcterms:created xsi:type="dcterms:W3CDTF">2026-10-27T14:35:00Z</dcterms:created>
  <dcterms:modified xsi:type="dcterms:W3CDTF">2026-10-27T14:35:00Z</dcterms:modified>
  <cp:category/>
</cp:coreProperties>
</file>